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5CFFE" w14:textId="77777777" w:rsidR="00F971D9" w:rsidRDefault="00F13C59" w:rsidP="00237014">
      <w:pPr>
        <w:spacing w:after="260"/>
        <w:jc w:val="right"/>
      </w:pPr>
      <w:r>
        <w:rPr>
          <w:noProof/>
        </w:rPr>
        <w:drawing>
          <wp:inline distT="0" distB="0" distL="0" distR="0" wp14:anchorId="1CBC10D3" wp14:editId="75DE3DB3">
            <wp:extent cx="2448000" cy="5598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559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90763" w14:textId="77777777" w:rsidR="00F971D9" w:rsidRDefault="00F13C59">
      <w:pPr>
        <w:pStyle w:val="Titel"/>
        <w:spacing w:after="80"/>
      </w:pPr>
      <w:r>
        <w:t>Leiterbericht zur Pragmatisierung</w:t>
      </w:r>
    </w:p>
    <w:p w14:paraId="0F5D18B7" w14:textId="77777777" w:rsidR="00F971D9" w:rsidRDefault="00F13C59">
      <w:pPr>
        <w:spacing w:after="240"/>
      </w:pPr>
      <w:r>
        <w:rPr>
          <w:color w:val="656565"/>
        </w:rPr>
        <w:t>Für Landesvertragslehrpersonen · Von der Schulleitung vorzulegen</w:t>
      </w:r>
    </w:p>
    <w:p w14:paraId="0189DD5C" w14:textId="77777777" w:rsidR="00F971D9" w:rsidRDefault="00F13C59">
      <w:pPr>
        <w:pStyle w:val="berschrift1"/>
      </w:pPr>
      <w:r>
        <w:t>Schule und Lehrperson</w:t>
      </w:r>
    </w:p>
    <w:p w14:paraId="20FDB15F" w14:textId="77777777" w:rsidR="00F971D9" w:rsidRPr="00F13C59" w:rsidRDefault="00F13C59">
      <w:pPr>
        <w:spacing w:after="40"/>
        <w:rPr>
          <w:color w:val="auto"/>
        </w:rPr>
      </w:pPr>
      <w:r w:rsidRPr="00F13C59">
        <w:rPr>
          <w:color w:val="auto"/>
          <w:sz w:val="18"/>
        </w:rPr>
        <w:t>Schule</w:t>
      </w:r>
    </w:p>
    <w:p w14:paraId="3F8A3DAA" w14:textId="77777777" w:rsidR="00F971D9" w:rsidRDefault="00237014">
      <w:pPr>
        <w:pBdr>
          <w:bottom w:val="single" w:sz="4" w:space="5" w:color="C9CDD1"/>
          <w:between w:val="single" w:sz="4" w:space="5" w:color="C9CDD1"/>
        </w:pBdr>
        <w:spacing w:after="200"/>
      </w:pPr>
      <w:sdt>
        <w:sdtPr>
          <w:alias w:val="Schule"/>
          <w:id w:val="-759064202"/>
          <w:text w:multiLine="1"/>
        </w:sdtPr>
        <w:sdtEndPr/>
        <w:sdtContent>
          <w:r w:rsidR="00F13C59">
            <w:rPr>
              <w:color w:val="777777"/>
            </w:rPr>
            <w:t>Hier eintragen</w:t>
          </w:r>
        </w:sdtContent>
      </w:sdt>
    </w:p>
    <w:p w14:paraId="356C71EC" w14:textId="77777777" w:rsidR="00F971D9" w:rsidRPr="00F13C59" w:rsidRDefault="00F13C59">
      <w:pPr>
        <w:spacing w:after="40"/>
        <w:rPr>
          <w:color w:val="auto"/>
        </w:rPr>
      </w:pPr>
      <w:r w:rsidRPr="00F13C59">
        <w:rPr>
          <w:color w:val="auto"/>
          <w:sz w:val="18"/>
        </w:rPr>
        <w:t>Schuljahr und Beobachtungszeitraum</w:t>
      </w:r>
    </w:p>
    <w:p w14:paraId="1C5B2DB9" w14:textId="77777777" w:rsidR="00F971D9" w:rsidRDefault="00237014">
      <w:pPr>
        <w:pBdr>
          <w:bottom w:val="single" w:sz="4" w:space="5" w:color="C9CDD1"/>
          <w:between w:val="single" w:sz="4" w:space="5" w:color="C9CDD1"/>
        </w:pBdr>
        <w:spacing w:after="200"/>
      </w:pPr>
      <w:sdt>
        <w:sdtPr>
          <w:alias w:val="Schuljahr und Beobachtungszeitraum"/>
          <w:id w:val="-1699849726"/>
          <w:text w:multiLine="1"/>
        </w:sdtPr>
        <w:sdtEndPr/>
        <w:sdtContent>
          <w:r w:rsidR="00F13C59">
            <w:rPr>
              <w:color w:val="777777"/>
            </w:rPr>
            <w:t>Hier eintragen</w:t>
          </w:r>
        </w:sdtContent>
      </w:sdt>
    </w:p>
    <w:p w14:paraId="70F5D484" w14:textId="77777777" w:rsidR="00F971D9" w:rsidRPr="00F13C59" w:rsidRDefault="00F13C59">
      <w:pPr>
        <w:spacing w:after="40"/>
        <w:rPr>
          <w:color w:val="auto"/>
        </w:rPr>
      </w:pPr>
      <w:r w:rsidRPr="00F13C59">
        <w:rPr>
          <w:color w:val="auto"/>
          <w:sz w:val="18"/>
        </w:rPr>
        <w:t>Familienname, Vorname und Titel</w:t>
      </w:r>
    </w:p>
    <w:p w14:paraId="21E6C2A4" w14:textId="77777777" w:rsidR="00F971D9" w:rsidRDefault="00237014">
      <w:pPr>
        <w:pBdr>
          <w:bottom w:val="single" w:sz="4" w:space="5" w:color="C9CDD1"/>
          <w:between w:val="single" w:sz="4" w:space="5" w:color="C9CDD1"/>
        </w:pBdr>
        <w:spacing w:after="200"/>
      </w:pPr>
      <w:sdt>
        <w:sdtPr>
          <w:alias w:val="Familienname, Vorname und Titel"/>
          <w:id w:val="1439718007"/>
          <w:text w:multiLine="1"/>
        </w:sdtPr>
        <w:sdtEndPr/>
        <w:sdtContent>
          <w:r w:rsidR="00F13C59">
            <w:rPr>
              <w:color w:val="777777"/>
            </w:rPr>
            <w:t>Hier eintragen</w:t>
          </w:r>
        </w:sdtContent>
      </w:sdt>
    </w:p>
    <w:p w14:paraId="2CC5DCA1" w14:textId="77777777" w:rsidR="00F971D9" w:rsidRPr="00F13C59" w:rsidRDefault="00F13C59">
      <w:pPr>
        <w:spacing w:after="40"/>
        <w:rPr>
          <w:color w:val="auto"/>
        </w:rPr>
      </w:pPr>
      <w:r w:rsidRPr="00F13C59">
        <w:rPr>
          <w:color w:val="auto"/>
          <w:sz w:val="18"/>
        </w:rPr>
        <w:t>Lehramt (VS / HS / MS / PTS / ASO)</w:t>
      </w:r>
    </w:p>
    <w:p w14:paraId="3DADD82B" w14:textId="77777777" w:rsidR="00F971D9" w:rsidRDefault="00237014">
      <w:pPr>
        <w:pBdr>
          <w:bottom w:val="single" w:sz="4" w:space="5" w:color="C9CDD1"/>
          <w:between w:val="single" w:sz="4" w:space="5" w:color="C9CDD1"/>
        </w:pBdr>
        <w:spacing w:after="200"/>
      </w:pPr>
      <w:sdt>
        <w:sdtPr>
          <w:alias w:val="Lehramt (VS / HS / MS / PTS / ASO)"/>
          <w:id w:val="-571268190"/>
          <w:text w:multiLine="1"/>
        </w:sdtPr>
        <w:sdtEndPr/>
        <w:sdtContent>
          <w:r w:rsidR="00F13C59">
            <w:rPr>
              <w:color w:val="777777"/>
            </w:rPr>
            <w:t>Hier eintragen</w:t>
          </w:r>
        </w:sdtContent>
      </w:sdt>
    </w:p>
    <w:p w14:paraId="514AAEA1" w14:textId="77777777" w:rsidR="00F971D9" w:rsidRPr="00F13C59" w:rsidRDefault="00F13C59">
      <w:pPr>
        <w:spacing w:after="40"/>
        <w:rPr>
          <w:color w:val="auto"/>
        </w:rPr>
      </w:pPr>
      <w:r w:rsidRPr="00F13C59">
        <w:rPr>
          <w:color w:val="auto"/>
          <w:sz w:val="18"/>
        </w:rPr>
        <w:t>Geprüft für die Unterrichtsgegenstände</w:t>
      </w:r>
    </w:p>
    <w:p w14:paraId="391A3B7E" w14:textId="77777777" w:rsidR="00F971D9" w:rsidRDefault="00237014">
      <w:pPr>
        <w:pBdr>
          <w:bottom w:val="single" w:sz="4" w:space="5" w:color="C9CDD1"/>
          <w:between w:val="single" w:sz="4" w:space="5" w:color="C9CDD1"/>
        </w:pBdr>
        <w:spacing w:after="200"/>
      </w:pPr>
      <w:sdt>
        <w:sdtPr>
          <w:alias w:val="Geprüft für die Unterrichtsgegenstände"/>
          <w:id w:val="1543473999"/>
          <w:text w:multiLine="1"/>
        </w:sdtPr>
        <w:sdtEndPr/>
        <w:sdtContent>
          <w:r w:rsidR="00F13C59">
            <w:rPr>
              <w:color w:val="777777"/>
            </w:rPr>
            <w:t>Hier eintragen</w:t>
          </w:r>
        </w:sdtContent>
      </w:sdt>
    </w:p>
    <w:p w14:paraId="3E6924EB" w14:textId="77777777" w:rsidR="00F971D9" w:rsidRPr="00F13C59" w:rsidRDefault="00F13C59">
      <w:pPr>
        <w:spacing w:after="40"/>
        <w:rPr>
          <w:color w:val="auto"/>
        </w:rPr>
      </w:pPr>
      <w:r w:rsidRPr="00F13C59">
        <w:rPr>
          <w:color w:val="auto"/>
          <w:sz w:val="18"/>
        </w:rPr>
        <w:t>Zu unterrichtende Fächer</w:t>
      </w:r>
    </w:p>
    <w:p w14:paraId="62BA2489" w14:textId="77777777" w:rsidR="00F971D9" w:rsidRDefault="00237014">
      <w:pPr>
        <w:pBdr>
          <w:bottom w:val="single" w:sz="4" w:space="5" w:color="C9CDD1"/>
          <w:between w:val="single" w:sz="4" w:space="5" w:color="C9CDD1"/>
        </w:pBdr>
        <w:spacing w:after="200"/>
      </w:pPr>
      <w:sdt>
        <w:sdtPr>
          <w:alias w:val="Zu unterrichtende Fächer"/>
          <w:id w:val="-1082528202"/>
          <w:text w:multiLine="1"/>
        </w:sdtPr>
        <w:sdtEndPr/>
        <w:sdtContent>
          <w:r w:rsidR="00F13C59">
            <w:rPr>
              <w:color w:val="777777"/>
            </w:rPr>
            <w:t>Hier eintragen</w:t>
          </w:r>
        </w:sdtContent>
      </w:sdt>
    </w:p>
    <w:p w14:paraId="1A187B75" w14:textId="77777777" w:rsidR="00F971D9" w:rsidRDefault="00F13C59">
      <w:pPr>
        <w:pStyle w:val="berschrift1"/>
      </w:pPr>
      <w:r>
        <w:t>Unterrichtsbesuche der Schulleitung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1417"/>
        <w:gridCol w:w="1531"/>
        <w:gridCol w:w="3005"/>
        <w:gridCol w:w="1134"/>
        <w:gridCol w:w="1701"/>
      </w:tblGrid>
      <w:tr w:rsidR="00F971D9" w14:paraId="3303A735" w14:textId="77777777">
        <w:trPr>
          <w:trHeight w:val="482"/>
          <w:tblHeader/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FF1"/>
          </w:tcPr>
          <w:p w14:paraId="3844E942" w14:textId="77777777" w:rsidR="00F971D9" w:rsidRDefault="00F13C59">
            <w:r>
              <w:rPr>
                <w:b/>
                <w:sz w:val="18"/>
              </w:rPr>
              <w:t>Nr.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FF1"/>
          </w:tcPr>
          <w:p w14:paraId="46B553D4" w14:textId="77777777" w:rsidR="00F971D9" w:rsidRDefault="00F13C59">
            <w:pPr>
              <w:spacing w:before="80" w:after="80"/>
            </w:pPr>
            <w:r>
              <w:rPr>
                <w:b/>
                <w:sz w:val="18"/>
              </w:rPr>
              <w:t>Datum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FF1"/>
          </w:tcPr>
          <w:p w14:paraId="355DD777" w14:textId="77777777" w:rsidR="00F971D9" w:rsidRDefault="00F13C59">
            <w:pPr>
              <w:spacing w:before="80" w:after="80"/>
            </w:pPr>
            <w:r>
              <w:rPr>
                <w:b/>
                <w:sz w:val="18"/>
              </w:rPr>
              <w:t>Uhrzeit /</w:t>
            </w:r>
            <w:r>
              <w:rPr>
                <w:b/>
                <w:sz w:val="18"/>
              </w:rPr>
              <w:br/>
              <w:t>Stunde</w:t>
            </w:r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FF1"/>
          </w:tcPr>
          <w:p w14:paraId="6C1FB5D6" w14:textId="77777777" w:rsidR="00F971D9" w:rsidRDefault="00F13C59">
            <w:pPr>
              <w:spacing w:before="80" w:after="80"/>
            </w:pPr>
            <w:r>
              <w:rPr>
                <w:b/>
                <w:sz w:val="18"/>
              </w:rPr>
              <w:t>Unterrichtsgegenstände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FF1"/>
          </w:tcPr>
          <w:p w14:paraId="178FC922" w14:textId="77777777" w:rsidR="00F971D9" w:rsidRDefault="00F13C59">
            <w:pPr>
              <w:spacing w:before="80" w:after="80"/>
            </w:pPr>
            <w:r>
              <w:rPr>
                <w:b/>
                <w:sz w:val="18"/>
              </w:rPr>
              <w:t>Klasse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FF1"/>
          </w:tcPr>
          <w:p w14:paraId="0223D088" w14:textId="77777777" w:rsidR="00F971D9" w:rsidRDefault="00F13C59">
            <w:pPr>
              <w:spacing w:before="80" w:after="80"/>
            </w:pPr>
            <w:r>
              <w:rPr>
                <w:b/>
                <w:sz w:val="18"/>
              </w:rPr>
              <w:t>Schulstufe</w:t>
            </w:r>
          </w:p>
        </w:tc>
      </w:tr>
      <w:tr w:rsidR="00F971D9" w14:paraId="35A69EEA" w14:textId="77777777">
        <w:trPr>
          <w:trHeight w:val="482"/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E325FC5" w14:textId="77777777" w:rsidR="00F971D9" w:rsidRDefault="00F13C59">
            <w:pPr>
              <w:spacing w:before="80" w:after="80"/>
            </w:pPr>
            <w:r>
              <w:rPr>
                <w:sz w:val="18"/>
              </w:rPr>
              <w:t>1.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90C5EE" w14:textId="77777777" w:rsidR="00F971D9" w:rsidRDefault="00237014">
            <w:pPr>
              <w:spacing w:before="80" w:after="80"/>
            </w:pPr>
            <w:sdt>
              <w:sdtPr>
                <w:alias w:val="Besuch 1 Datum"/>
                <w:id w:val="-394668474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06329A" w14:textId="77777777" w:rsidR="00F971D9" w:rsidRDefault="00237014">
            <w:pPr>
              <w:spacing w:before="80" w:after="80"/>
            </w:pPr>
            <w:sdt>
              <w:sdtPr>
                <w:alias w:val="Besuch 1 Uhrzeit /&#10;Stunde"/>
                <w:id w:val="-1812793445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CFEA15" w14:textId="77777777" w:rsidR="00F971D9" w:rsidRDefault="00237014">
            <w:pPr>
              <w:spacing w:before="80" w:after="80"/>
            </w:pPr>
            <w:sdt>
              <w:sdtPr>
                <w:alias w:val="Besuch 1 Unterrichtsgegenstände"/>
                <w:id w:val="1494912229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53DA94" w14:textId="77777777" w:rsidR="00F971D9" w:rsidRDefault="00237014">
            <w:pPr>
              <w:spacing w:before="80" w:after="80"/>
            </w:pPr>
            <w:sdt>
              <w:sdtPr>
                <w:alias w:val="Besuch 1 Klasse"/>
                <w:id w:val="-1834827182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F54D63" w14:textId="77777777" w:rsidR="00F971D9" w:rsidRDefault="00237014">
            <w:pPr>
              <w:spacing w:before="80" w:after="80"/>
            </w:pPr>
            <w:sdt>
              <w:sdtPr>
                <w:alias w:val="Besuch 1 Schulstufe"/>
                <w:id w:val="841898143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</w:tr>
      <w:tr w:rsidR="00F971D9" w14:paraId="5F9E6E74" w14:textId="77777777">
        <w:trPr>
          <w:trHeight w:val="482"/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2B4994" w14:textId="77777777" w:rsidR="00F971D9" w:rsidRDefault="00F13C59">
            <w:pPr>
              <w:spacing w:before="80" w:after="80"/>
            </w:pPr>
            <w:r>
              <w:rPr>
                <w:sz w:val="18"/>
              </w:rPr>
              <w:t>2.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BB2930D" w14:textId="77777777" w:rsidR="00F971D9" w:rsidRDefault="00237014">
            <w:pPr>
              <w:spacing w:before="80" w:after="80"/>
            </w:pPr>
            <w:sdt>
              <w:sdtPr>
                <w:alias w:val="Besuch 2 Datum"/>
                <w:id w:val="347916075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CC01CDC" w14:textId="77777777" w:rsidR="00F971D9" w:rsidRDefault="00237014">
            <w:pPr>
              <w:spacing w:before="80" w:after="80"/>
            </w:pPr>
            <w:sdt>
              <w:sdtPr>
                <w:alias w:val="Besuch 2 Uhrzeit /&#10;Stunde"/>
                <w:id w:val="882900140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11FF42B" w14:textId="77777777" w:rsidR="00F971D9" w:rsidRDefault="00237014">
            <w:pPr>
              <w:spacing w:before="80" w:after="80"/>
            </w:pPr>
            <w:sdt>
              <w:sdtPr>
                <w:alias w:val="Besuch 2 Unterrichtsgegenstände"/>
                <w:id w:val="-865370502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E70411" w14:textId="77777777" w:rsidR="00F971D9" w:rsidRDefault="00237014">
            <w:pPr>
              <w:spacing w:before="80" w:after="80"/>
            </w:pPr>
            <w:sdt>
              <w:sdtPr>
                <w:alias w:val="Besuch 2 Klasse"/>
                <w:id w:val="1772737547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93CFFA" w14:textId="77777777" w:rsidR="00F971D9" w:rsidRDefault="00237014">
            <w:pPr>
              <w:spacing w:before="80" w:after="80"/>
            </w:pPr>
            <w:sdt>
              <w:sdtPr>
                <w:alias w:val="Besuch 2 Schulstufe"/>
                <w:id w:val="26620445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</w:tr>
      <w:tr w:rsidR="00F971D9" w14:paraId="07BDF809" w14:textId="77777777">
        <w:trPr>
          <w:trHeight w:val="482"/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0040AA" w14:textId="77777777" w:rsidR="00F971D9" w:rsidRDefault="00F13C59">
            <w:pPr>
              <w:spacing w:before="80" w:after="80"/>
            </w:pPr>
            <w:r>
              <w:rPr>
                <w:sz w:val="18"/>
              </w:rPr>
              <w:t>3.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0BDA283" w14:textId="77777777" w:rsidR="00F971D9" w:rsidRDefault="00237014">
            <w:pPr>
              <w:spacing w:before="80" w:after="80"/>
            </w:pPr>
            <w:sdt>
              <w:sdtPr>
                <w:alias w:val="Besuch 3 Datum"/>
                <w:id w:val="-956095465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102C84" w14:textId="77777777" w:rsidR="00F971D9" w:rsidRDefault="00237014">
            <w:pPr>
              <w:spacing w:before="80" w:after="80"/>
            </w:pPr>
            <w:sdt>
              <w:sdtPr>
                <w:alias w:val="Besuch 3 Uhrzeit /&#10;Stunde"/>
                <w:id w:val="-651914515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88B53F" w14:textId="77777777" w:rsidR="00F971D9" w:rsidRDefault="00237014">
            <w:pPr>
              <w:spacing w:before="80" w:after="80"/>
            </w:pPr>
            <w:sdt>
              <w:sdtPr>
                <w:alias w:val="Besuch 3 Unterrichtsgegenstände"/>
                <w:id w:val="-83774705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9DFDF1" w14:textId="77777777" w:rsidR="00F971D9" w:rsidRDefault="00237014">
            <w:pPr>
              <w:spacing w:before="80" w:after="80"/>
            </w:pPr>
            <w:sdt>
              <w:sdtPr>
                <w:alias w:val="Besuch 3 Klasse"/>
                <w:id w:val="-1735538188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23C80A" w14:textId="77777777" w:rsidR="00F971D9" w:rsidRDefault="00237014">
            <w:pPr>
              <w:spacing w:before="80" w:after="80"/>
            </w:pPr>
            <w:sdt>
              <w:sdtPr>
                <w:alias w:val="Besuch 3 Schulstufe"/>
                <w:id w:val="187411660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</w:tr>
      <w:tr w:rsidR="00F971D9" w14:paraId="4AC38705" w14:textId="77777777">
        <w:trPr>
          <w:trHeight w:val="482"/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E120ED" w14:textId="77777777" w:rsidR="00F971D9" w:rsidRDefault="00F13C59">
            <w:pPr>
              <w:spacing w:before="80" w:after="80"/>
            </w:pPr>
            <w:r>
              <w:rPr>
                <w:sz w:val="18"/>
              </w:rPr>
              <w:t>4.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B8EBA7" w14:textId="77777777" w:rsidR="00F971D9" w:rsidRDefault="00237014">
            <w:pPr>
              <w:spacing w:before="80" w:after="80"/>
            </w:pPr>
            <w:sdt>
              <w:sdtPr>
                <w:alias w:val="Besuch 4 Datum"/>
                <w:id w:val="2088109312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35516B" w14:textId="77777777" w:rsidR="00F971D9" w:rsidRDefault="00237014">
            <w:pPr>
              <w:spacing w:before="80" w:after="80"/>
            </w:pPr>
            <w:sdt>
              <w:sdtPr>
                <w:alias w:val="Besuch 4 Uhrzeit /&#10;Stunde"/>
                <w:id w:val="757490148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8130FD" w14:textId="77777777" w:rsidR="00F971D9" w:rsidRDefault="00237014">
            <w:pPr>
              <w:spacing w:before="80" w:after="80"/>
            </w:pPr>
            <w:sdt>
              <w:sdtPr>
                <w:alias w:val="Besuch 4 Unterrichtsgegenstände"/>
                <w:id w:val="-971361900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413FD0" w14:textId="77777777" w:rsidR="00F971D9" w:rsidRDefault="00237014">
            <w:pPr>
              <w:spacing w:before="80" w:after="80"/>
            </w:pPr>
            <w:sdt>
              <w:sdtPr>
                <w:alias w:val="Besuch 4 Klasse"/>
                <w:id w:val="1166667109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A39E999" w14:textId="77777777" w:rsidR="00F971D9" w:rsidRDefault="00237014">
            <w:pPr>
              <w:spacing w:before="80" w:after="80"/>
            </w:pPr>
            <w:sdt>
              <w:sdtPr>
                <w:alias w:val="Besuch 4 Schulstufe"/>
                <w:id w:val="-1509830944"/>
                <w:text w:multiLine="1"/>
              </w:sdtPr>
              <w:sdtEndPr/>
              <w:sdtContent>
                <w:r w:rsidR="00F13C59">
                  <w:rPr>
                    <w:color w:val="777777"/>
                  </w:rPr>
                  <w:t>…………</w:t>
                </w:r>
              </w:sdtContent>
            </w:sdt>
          </w:p>
        </w:tc>
      </w:tr>
    </w:tbl>
    <w:p w14:paraId="4A1FAEFF" w14:textId="77777777" w:rsidR="00F971D9" w:rsidRDefault="00F13C59">
      <w:pPr>
        <w:pStyle w:val="berschrift1"/>
      </w:pPr>
      <w:r>
        <w:t>Beurteilung</w:t>
      </w:r>
    </w:p>
    <w:p w14:paraId="3C8940DB" w14:textId="77777777" w:rsidR="00F971D9" w:rsidRDefault="00F13C59">
      <w:r>
        <w:t>Die Pragmatisierung der Lehrperson wird:</w:t>
      </w:r>
    </w:p>
    <w:p w14:paraId="7889F1B0" w14:textId="7A4B7F48" w:rsidR="00F971D9" w:rsidRDefault="00237014">
      <w:sdt>
        <w:sdtPr>
          <w:alias w:val="befürwortet"/>
          <w:id w:val="-890117420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F13C59">
            <w:rPr>
              <w:rFonts w:ascii="DejaVu Sans" w:hAnsi="DejaVu Sans"/>
            </w:rPr>
            <w:t>☐</w:t>
          </w:r>
        </w:sdtContent>
      </w:sdt>
      <w:r w:rsidR="00F13C59">
        <w:t xml:space="preserve">  befürwortet       </w:t>
      </w:r>
      <w:sdt>
        <w:sdtPr>
          <w:alias w:val="nicht befürwortet"/>
          <w:id w:val="1373495872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F13C59">
            <w:rPr>
              <w:rFonts w:ascii="DejaVu Sans" w:hAnsi="DejaVu Sans"/>
            </w:rPr>
            <w:t>☐</w:t>
          </w:r>
        </w:sdtContent>
      </w:sdt>
      <w:r w:rsidR="00F13C59">
        <w:t xml:space="preserve">  nicht befürwortet</w:t>
      </w:r>
    </w:p>
    <w:p w14:paraId="5F09EEDD" w14:textId="77777777" w:rsidR="00F971D9" w:rsidRDefault="00F13C59">
      <w:r>
        <w:rPr>
          <w:color w:val="656565"/>
          <w:sz w:val="18"/>
        </w:rPr>
        <w:t>Zutreffendes bitte ankreuzen und auf Seite 2 begründen.</w:t>
      </w:r>
    </w:p>
    <w:p w14:paraId="1B1D6CEE" w14:textId="77777777" w:rsidR="00F971D9" w:rsidRDefault="00F13C59">
      <w:r>
        <w:br w:type="page"/>
      </w:r>
    </w:p>
    <w:p w14:paraId="52E8955D" w14:textId="77777777" w:rsidR="00F971D9" w:rsidRDefault="00F13C59" w:rsidP="00237014">
      <w:pPr>
        <w:spacing w:after="260"/>
        <w:jc w:val="right"/>
      </w:pPr>
      <w:r>
        <w:rPr>
          <w:noProof/>
        </w:rPr>
        <w:lastRenderedPageBreak/>
        <w:drawing>
          <wp:inline distT="0" distB="0" distL="0" distR="0" wp14:anchorId="69F1EE11" wp14:editId="0146EDB4">
            <wp:extent cx="2448000" cy="5598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559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705C0" w14:textId="77777777" w:rsidR="00F971D9" w:rsidRDefault="00F13C59">
      <w:pPr>
        <w:pStyle w:val="Titel"/>
        <w:spacing w:after="80"/>
      </w:pPr>
      <w:r>
        <w:t>Begründung und Kenntnisnahme</w:t>
      </w:r>
    </w:p>
    <w:p w14:paraId="6B645EFB" w14:textId="77777777" w:rsidR="00F971D9" w:rsidRPr="00F13C59" w:rsidRDefault="00F13C59">
      <w:pPr>
        <w:spacing w:after="240"/>
        <w:rPr>
          <w:color w:val="auto"/>
        </w:rPr>
      </w:pPr>
      <w:r w:rsidRPr="00F13C59">
        <w:rPr>
          <w:color w:val="auto"/>
        </w:rPr>
        <w:t>Leiterbericht zur Pragmatisierung</w:t>
      </w:r>
    </w:p>
    <w:p w14:paraId="049CA0EC" w14:textId="77777777" w:rsidR="00F971D9" w:rsidRDefault="00F13C59">
      <w:r>
        <w:t>Bitte erläutern Sie anhand konkreter Beobachtungen, inwieweit der Arbeitserfolg den Beurteilungsmerkmalen auf Seite 3 entspricht.</w:t>
      </w:r>
    </w:p>
    <w:p w14:paraId="07D63A35" w14:textId="77777777" w:rsidR="00F971D9" w:rsidRDefault="00F13C59">
      <w:pPr>
        <w:pStyle w:val="berschrift1"/>
      </w:pPr>
      <w:proofErr w:type="gramStart"/>
      <w:r>
        <w:t>1  Vermittlung</w:t>
      </w:r>
      <w:proofErr w:type="gramEnd"/>
      <w:r>
        <w:t xml:space="preserve"> des Lehrstoffes</w:t>
      </w:r>
    </w:p>
    <w:p w14:paraId="4083A6C5" w14:textId="77777777" w:rsidR="00F971D9" w:rsidRDefault="00237014">
      <w:pPr>
        <w:pBdr>
          <w:bottom w:val="single" w:sz="4" w:space="5" w:color="C9CDD1"/>
          <w:between w:val="single" w:sz="4" w:space="5" w:color="C9CDD1"/>
        </w:pBdr>
        <w:spacing w:after="140"/>
      </w:pPr>
      <w:sdt>
        <w:sdtPr>
          <w:alias w:val="1  Vermittlung des Lehrstoffes"/>
          <w:id w:val="580105409"/>
          <w:text w:multiLine="1"/>
        </w:sdtPr>
        <w:sdtEndPr/>
        <w:sdtContent>
          <w:r w:rsidR="00F13C59">
            <w:rPr>
              <w:color w:val="777777"/>
            </w:rPr>
            <w:t>Begründung eintragen</w:t>
          </w:r>
        </w:sdtContent>
      </w:sdt>
    </w:p>
    <w:p w14:paraId="15A1B128" w14:textId="77777777" w:rsidR="00F971D9" w:rsidRDefault="00F13C59">
      <w:pPr>
        <w:pBdr>
          <w:bottom w:val="single" w:sz="4" w:space="5" w:color="C9CDD1"/>
          <w:between w:val="single" w:sz="4" w:space="5" w:color="C9CDD1"/>
        </w:pBdr>
        <w:spacing w:after="80"/>
      </w:pPr>
      <w:r>
        <w:t xml:space="preserve"> </w:t>
      </w:r>
    </w:p>
    <w:p w14:paraId="7715F9FC" w14:textId="77777777" w:rsidR="00F971D9" w:rsidRDefault="00F13C59">
      <w:pPr>
        <w:pStyle w:val="berschrift1"/>
      </w:pPr>
      <w:proofErr w:type="gramStart"/>
      <w:r>
        <w:t>2  Erzieherisches</w:t>
      </w:r>
      <w:proofErr w:type="gramEnd"/>
      <w:r>
        <w:t xml:space="preserve"> Wirken</w:t>
      </w:r>
    </w:p>
    <w:p w14:paraId="21242A11" w14:textId="77777777" w:rsidR="00F971D9" w:rsidRDefault="00237014">
      <w:pPr>
        <w:pBdr>
          <w:bottom w:val="single" w:sz="4" w:space="5" w:color="C9CDD1"/>
          <w:between w:val="single" w:sz="4" w:space="5" w:color="C9CDD1"/>
        </w:pBdr>
        <w:spacing w:after="140"/>
      </w:pPr>
      <w:sdt>
        <w:sdtPr>
          <w:alias w:val="2  Erzieherisches Wirken"/>
          <w:id w:val="-1177109468"/>
          <w:text w:multiLine="1"/>
        </w:sdtPr>
        <w:sdtEndPr/>
        <w:sdtContent>
          <w:r w:rsidR="00F13C59">
            <w:rPr>
              <w:color w:val="777777"/>
            </w:rPr>
            <w:t>Begründung eintragen</w:t>
          </w:r>
        </w:sdtContent>
      </w:sdt>
    </w:p>
    <w:p w14:paraId="036E88D9" w14:textId="77777777" w:rsidR="00F971D9" w:rsidRDefault="00F13C59">
      <w:pPr>
        <w:pBdr>
          <w:bottom w:val="single" w:sz="4" w:space="5" w:color="C9CDD1"/>
          <w:between w:val="single" w:sz="4" w:space="5" w:color="C9CDD1"/>
        </w:pBdr>
        <w:spacing w:after="80"/>
      </w:pPr>
      <w:r>
        <w:t xml:space="preserve"> </w:t>
      </w:r>
    </w:p>
    <w:p w14:paraId="4284A8ED" w14:textId="77777777" w:rsidR="00F971D9" w:rsidRDefault="00F13C59">
      <w:pPr>
        <w:pStyle w:val="berschrift1"/>
      </w:pPr>
      <w:proofErr w:type="gramStart"/>
      <w:r>
        <w:t>3  Zusammenarbeit</w:t>
      </w:r>
      <w:proofErr w:type="gramEnd"/>
    </w:p>
    <w:p w14:paraId="7651597F" w14:textId="77777777" w:rsidR="00F971D9" w:rsidRDefault="00237014">
      <w:pPr>
        <w:pBdr>
          <w:bottom w:val="single" w:sz="4" w:space="5" w:color="C9CDD1"/>
          <w:between w:val="single" w:sz="4" w:space="5" w:color="C9CDD1"/>
        </w:pBdr>
        <w:spacing w:after="140"/>
      </w:pPr>
      <w:sdt>
        <w:sdtPr>
          <w:alias w:val="3  Zusammenarbeit"/>
          <w:id w:val="613106312"/>
          <w:text w:multiLine="1"/>
        </w:sdtPr>
        <w:sdtEndPr/>
        <w:sdtContent>
          <w:r w:rsidR="00F13C59">
            <w:rPr>
              <w:color w:val="777777"/>
            </w:rPr>
            <w:t>Begründung eintragen</w:t>
          </w:r>
        </w:sdtContent>
      </w:sdt>
    </w:p>
    <w:p w14:paraId="29E34F54" w14:textId="77777777" w:rsidR="00F971D9" w:rsidRDefault="00F13C59">
      <w:pPr>
        <w:pBdr>
          <w:bottom w:val="single" w:sz="4" w:space="5" w:color="C9CDD1"/>
          <w:between w:val="single" w:sz="4" w:space="5" w:color="C9CDD1"/>
        </w:pBdr>
        <w:spacing w:after="80"/>
      </w:pPr>
      <w:r>
        <w:t xml:space="preserve"> </w:t>
      </w:r>
    </w:p>
    <w:p w14:paraId="10671C77" w14:textId="77777777" w:rsidR="00F971D9" w:rsidRDefault="00F13C59">
      <w:pPr>
        <w:pStyle w:val="berschrift1"/>
      </w:pPr>
      <w:proofErr w:type="gramStart"/>
      <w:r>
        <w:t>4  Funktionen</w:t>
      </w:r>
      <w:proofErr w:type="gramEnd"/>
      <w:r>
        <w:t xml:space="preserve"> und administrative Aufgaben</w:t>
      </w:r>
    </w:p>
    <w:p w14:paraId="5EBBB7A0" w14:textId="77777777" w:rsidR="00F971D9" w:rsidRDefault="00237014">
      <w:pPr>
        <w:pBdr>
          <w:bottom w:val="single" w:sz="4" w:space="5" w:color="C9CDD1"/>
          <w:between w:val="single" w:sz="4" w:space="5" w:color="C9CDD1"/>
        </w:pBdr>
        <w:spacing w:after="140"/>
      </w:pPr>
      <w:sdt>
        <w:sdtPr>
          <w:alias w:val="4  Funktionen und administrative Aufgaben"/>
          <w:id w:val="-1404208887"/>
          <w:text w:multiLine="1"/>
        </w:sdtPr>
        <w:sdtEndPr/>
        <w:sdtContent>
          <w:r w:rsidR="00F13C59">
            <w:rPr>
              <w:color w:val="777777"/>
            </w:rPr>
            <w:t>Begründung eintragen</w:t>
          </w:r>
        </w:sdtContent>
      </w:sdt>
    </w:p>
    <w:p w14:paraId="62807061" w14:textId="77777777" w:rsidR="00F971D9" w:rsidRDefault="00F13C59">
      <w:pPr>
        <w:pBdr>
          <w:bottom w:val="single" w:sz="4" w:space="5" w:color="C9CDD1"/>
          <w:between w:val="single" w:sz="4" w:space="5" w:color="C9CDD1"/>
        </w:pBdr>
        <w:spacing w:after="80"/>
      </w:pPr>
      <w:r>
        <w:t xml:space="preserve"> </w:t>
      </w:r>
    </w:p>
    <w:p w14:paraId="746431B8" w14:textId="77777777" w:rsidR="00F971D9" w:rsidRDefault="00F13C59">
      <w:pPr>
        <w:tabs>
          <w:tab w:val="left" w:pos="4932"/>
        </w:tabs>
        <w:spacing w:before="360" w:after="60"/>
      </w:pPr>
      <w:r>
        <w:t>______________________________</w:t>
      </w:r>
      <w:r>
        <w:tab/>
        <w:t>______________________________</w:t>
      </w:r>
    </w:p>
    <w:p w14:paraId="42D4630B" w14:textId="77777777" w:rsidR="00F971D9" w:rsidRDefault="00F13C59">
      <w:pPr>
        <w:tabs>
          <w:tab w:val="left" w:pos="4932"/>
        </w:tabs>
      </w:pPr>
      <w:r>
        <w:rPr>
          <w:color w:val="656565"/>
          <w:sz w:val="18"/>
        </w:rPr>
        <w:t>Ort, Datum</w:t>
      </w:r>
      <w:r>
        <w:rPr>
          <w:color w:val="656565"/>
          <w:sz w:val="18"/>
        </w:rPr>
        <w:tab/>
        <w:t>Unterschrift Schulleitung</w:t>
      </w:r>
    </w:p>
    <w:p w14:paraId="68E878EE" w14:textId="77777777" w:rsidR="00F971D9" w:rsidRDefault="00F13C59">
      <w:pPr>
        <w:pStyle w:val="berschrift1"/>
      </w:pPr>
      <w:r>
        <w:t>Stellungnahme der Lehrperson</w:t>
      </w:r>
    </w:p>
    <w:p w14:paraId="39743DCB" w14:textId="77777777" w:rsidR="00F971D9" w:rsidRDefault="00237014">
      <w:sdt>
        <w:sdtPr>
          <w:alias w:val="Den Leiterbericht nehme ich zur Kenntnis."/>
          <w:id w:val="-1346175554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F13C59">
            <w:rPr>
              <w:rFonts w:ascii="DejaVu Sans" w:hAnsi="DejaVu Sans"/>
            </w:rPr>
            <w:t>☐</w:t>
          </w:r>
        </w:sdtContent>
      </w:sdt>
      <w:r w:rsidR="00F13C59">
        <w:t xml:space="preserve">  Den Leiterbericht nehme ich zur Kenntnis.</w:t>
      </w:r>
    </w:p>
    <w:p w14:paraId="3B736DD6" w14:textId="77777777" w:rsidR="00F971D9" w:rsidRDefault="00237014">
      <w:sdt>
        <w:sdtPr>
          <w:alias w:val="Auf die beiliegende Stellungnahme wird verwiesen."/>
          <w:id w:val="-578829651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F13C59">
            <w:rPr>
              <w:rFonts w:ascii="DejaVu Sans" w:hAnsi="DejaVu Sans"/>
            </w:rPr>
            <w:t>☐</w:t>
          </w:r>
        </w:sdtContent>
      </w:sdt>
      <w:r w:rsidR="00F13C59">
        <w:t xml:space="preserve">  Auf die beiliegende Stellungnahme wird verwiesen.</w:t>
      </w:r>
    </w:p>
    <w:p w14:paraId="56498375" w14:textId="77777777" w:rsidR="00F971D9" w:rsidRDefault="00F13C59">
      <w:pPr>
        <w:tabs>
          <w:tab w:val="left" w:pos="4932"/>
        </w:tabs>
        <w:spacing w:before="360" w:after="60"/>
      </w:pPr>
      <w:r>
        <w:t>______________________________</w:t>
      </w:r>
      <w:r>
        <w:tab/>
        <w:t>______________________________</w:t>
      </w:r>
    </w:p>
    <w:p w14:paraId="5D44FBBD" w14:textId="77777777" w:rsidR="00F971D9" w:rsidRDefault="00F13C59">
      <w:pPr>
        <w:tabs>
          <w:tab w:val="left" w:pos="4932"/>
        </w:tabs>
      </w:pPr>
      <w:r>
        <w:rPr>
          <w:color w:val="656565"/>
          <w:sz w:val="18"/>
        </w:rPr>
        <w:t>Ort, Datum</w:t>
      </w:r>
      <w:r>
        <w:rPr>
          <w:color w:val="656565"/>
          <w:sz w:val="18"/>
        </w:rPr>
        <w:tab/>
        <w:t>Unterschrift Lehrperson</w:t>
      </w:r>
    </w:p>
    <w:p w14:paraId="3A7A7281" w14:textId="77777777" w:rsidR="00F971D9" w:rsidRDefault="00F13C59">
      <w:r>
        <w:br w:type="page"/>
      </w:r>
    </w:p>
    <w:p w14:paraId="06878779" w14:textId="77777777" w:rsidR="00F971D9" w:rsidRDefault="00F13C59" w:rsidP="00237014">
      <w:pPr>
        <w:spacing w:after="260"/>
        <w:jc w:val="right"/>
      </w:pPr>
      <w:r>
        <w:rPr>
          <w:noProof/>
        </w:rPr>
        <w:lastRenderedPageBreak/>
        <w:drawing>
          <wp:inline distT="0" distB="0" distL="0" distR="0" wp14:anchorId="1919B89B" wp14:editId="0ACBDE37">
            <wp:extent cx="2448000" cy="55981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559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4E0CF" w14:textId="77777777" w:rsidR="00F971D9" w:rsidRDefault="00F13C59">
      <w:pPr>
        <w:pStyle w:val="Titel"/>
        <w:spacing w:after="80"/>
      </w:pPr>
      <w:r>
        <w:t>Beurteilungsmerkmale</w:t>
      </w:r>
    </w:p>
    <w:p w14:paraId="71113359" w14:textId="77777777" w:rsidR="00F971D9" w:rsidRDefault="00F13C59">
      <w:pPr>
        <w:spacing w:after="240"/>
      </w:pPr>
      <w:r>
        <w:rPr>
          <w:color w:val="656565"/>
        </w:rPr>
        <w:t>Grundlage für die Begründung auf Seite 2</w:t>
      </w:r>
    </w:p>
    <w:p w14:paraId="3BEBC87B" w14:textId="77777777" w:rsidR="00F971D9" w:rsidRDefault="00F13C59">
      <w:r>
        <w:rPr>
          <w:sz w:val="20"/>
        </w:rPr>
        <w:t>Bitte begründen Sie die Befürwortung oder Nichtbefürwortung der Pragmatisierung anhand der folgenden Merkmale und Indikatoren.</w:t>
      </w:r>
    </w:p>
    <w:p w14:paraId="5F76E6EE" w14:textId="77777777" w:rsidR="00F971D9" w:rsidRDefault="00F13C59">
      <w:pPr>
        <w:pStyle w:val="berschrift1"/>
        <w:spacing w:before="180" w:after="100"/>
      </w:pPr>
      <w:proofErr w:type="gramStart"/>
      <w:r>
        <w:t>1  Vermittlung</w:t>
      </w:r>
      <w:proofErr w:type="gramEnd"/>
      <w:r>
        <w:t xml:space="preserve"> des Lehrstoffes</w:t>
      </w:r>
    </w:p>
    <w:p w14:paraId="6F8626E7" w14:textId="77777777" w:rsidR="00F971D9" w:rsidRDefault="00F13C59">
      <w:pPr>
        <w:spacing w:after="100"/>
      </w:pPr>
      <w:r>
        <w:rPr>
          <w:sz w:val="20"/>
        </w:rPr>
        <w:t>Vermittlung des im Lehrplan vorgeschriebenen Lehrstoffes gemäß dem Stand der Wissenschaft sowie unter Beachtung der dem Unterrichtsgegenstand entsprechenden methodisch-didaktischen Grundsätze.</w:t>
      </w:r>
    </w:p>
    <w:p w14:paraId="088F6215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Planung und Organisation des Unterrichts</w:t>
      </w:r>
    </w:p>
    <w:p w14:paraId="7FB28456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Fachwissen und fachliches Engagement</w:t>
      </w:r>
    </w:p>
    <w:p w14:paraId="7E8BC6BB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Motivationsfördernde Maßnahmen zur Aktivierung und Stärkung der Schüler/innen</w:t>
      </w:r>
    </w:p>
    <w:p w14:paraId="5353FEED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Bedachtnahme auf selbständige und eigenverantwortliche Arbeitsphasen der Schüler/innen sowie auf Formen der inneren Differenzierung</w:t>
      </w:r>
    </w:p>
    <w:p w14:paraId="5867A1D6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Angebot von individuellen Lernhilfen</w:t>
      </w:r>
    </w:p>
    <w:p w14:paraId="1AB8837C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Sicherung und Vertiefung der Lehr- und Lerninhalte</w:t>
      </w:r>
    </w:p>
    <w:p w14:paraId="3398DF60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Sicherheit in der angewandten Unterrichtsmethode</w:t>
      </w:r>
    </w:p>
    <w:p w14:paraId="0ABE299D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Aufzeichnungen zur Leistungsbeurteilung der Schüler/innen</w:t>
      </w:r>
    </w:p>
    <w:p w14:paraId="3C4F274E" w14:textId="77777777" w:rsidR="00F971D9" w:rsidRDefault="00F13C59">
      <w:pPr>
        <w:pStyle w:val="berschrift1"/>
        <w:spacing w:before="180" w:after="100"/>
      </w:pPr>
      <w:proofErr w:type="gramStart"/>
      <w:r>
        <w:t>2  Erzieherisches</w:t>
      </w:r>
      <w:proofErr w:type="gramEnd"/>
      <w:r>
        <w:t xml:space="preserve"> Wirken</w:t>
      </w:r>
    </w:p>
    <w:p w14:paraId="43A3A8D0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Vertrauensvolles Klassenklima</w:t>
      </w:r>
    </w:p>
    <w:p w14:paraId="7890065B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 xml:space="preserve">•  Tragfähige Beziehung </w:t>
      </w:r>
      <w:proofErr w:type="gramStart"/>
      <w:r>
        <w:rPr>
          <w:sz w:val="20"/>
        </w:rPr>
        <w:t>zu den Schüler</w:t>
      </w:r>
      <w:proofErr w:type="gramEnd"/>
      <w:r>
        <w:rPr>
          <w:sz w:val="20"/>
        </w:rPr>
        <w:t>/innen</w:t>
      </w:r>
    </w:p>
    <w:p w14:paraId="4850C63F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Verständnis für Entwicklung und soziales Umfeld der Schüler/innen</w:t>
      </w:r>
    </w:p>
    <w:p w14:paraId="5DD23C05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Beratung der Schüler/innen in unterrichtlicher und erzieherischer Hinsicht</w:t>
      </w:r>
    </w:p>
    <w:p w14:paraId="6555838D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Sicheres Auftreten in der Klasse</w:t>
      </w:r>
    </w:p>
    <w:p w14:paraId="1CA49C1B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Einforderung der Einhaltung von Regeln und Verbindlichkeiten</w:t>
      </w:r>
    </w:p>
    <w:p w14:paraId="72057027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Vorbildwirkung im pädagogischen Handeln</w:t>
      </w:r>
    </w:p>
    <w:p w14:paraId="55AC78C9" w14:textId="77777777" w:rsidR="00F971D9" w:rsidRDefault="00F13C59">
      <w:pPr>
        <w:pStyle w:val="berschrift1"/>
        <w:spacing w:before="180" w:after="100"/>
      </w:pPr>
      <w:proofErr w:type="gramStart"/>
      <w:r>
        <w:t>3  Zusammenarbeit</w:t>
      </w:r>
      <w:proofErr w:type="gramEnd"/>
    </w:p>
    <w:p w14:paraId="54A29128" w14:textId="77777777" w:rsidR="00F971D9" w:rsidRDefault="00F13C59">
      <w:pPr>
        <w:spacing w:after="100"/>
      </w:pPr>
      <w:r>
        <w:rPr>
          <w:sz w:val="20"/>
        </w:rPr>
        <w:t xml:space="preserve">Die für die Unterrichts- und Erziehungstätigkeit erforderliche Zusammenarbeit </w:t>
      </w:r>
      <w:proofErr w:type="gramStart"/>
      <w:r>
        <w:rPr>
          <w:sz w:val="20"/>
        </w:rPr>
        <w:t>mit anderen Lehrer</w:t>
      </w:r>
      <w:proofErr w:type="gramEnd"/>
      <w:r>
        <w:rPr>
          <w:sz w:val="20"/>
        </w:rPr>
        <w:t>/innen sowie mit den Erziehungsberechtigten.</w:t>
      </w:r>
    </w:p>
    <w:p w14:paraId="7BA79913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Beteiligung an Schulaktivitäten</w:t>
      </w:r>
    </w:p>
    <w:p w14:paraId="67A85D2B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Effektive Zusammenarbeit mit Kolleg/innen, der Schulleitung und den Erziehungsberechtigten</w:t>
      </w:r>
    </w:p>
    <w:p w14:paraId="410B30C9" w14:textId="77777777" w:rsidR="00F971D9" w:rsidRDefault="00F13C59">
      <w:pPr>
        <w:pStyle w:val="berschrift1"/>
        <w:spacing w:before="180" w:after="100"/>
      </w:pPr>
      <w:proofErr w:type="gramStart"/>
      <w:r>
        <w:t>4  Funktionen</w:t>
      </w:r>
      <w:proofErr w:type="gramEnd"/>
      <w:r>
        <w:t xml:space="preserve"> und administrative Aufgaben</w:t>
      </w:r>
    </w:p>
    <w:p w14:paraId="655B53A7" w14:textId="77777777" w:rsidR="00F971D9" w:rsidRDefault="00F13C59">
      <w:pPr>
        <w:spacing w:after="100"/>
      </w:pPr>
      <w:r>
        <w:rPr>
          <w:sz w:val="20"/>
        </w:rPr>
        <w:t xml:space="preserve">Erfüllung übertragener Funktionen im Sinne des </w:t>
      </w:r>
      <w:proofErr w:type="spellStart"/>
      <w:r>
        <w:rPr>
          <w:sz w:val="20"/>
        </w:rPr>
        <w:t>SchUG</w:t>
      </w:r>
      <w:proofErr w:type="spellEnd"/>
      <w:r>
        <w:rPr>
          <w:sz w:val="20"/>
        </w:rPr>
        <w:t xml:space="preserve"> sowie übertragener administrativer Aufgaben.</w:t>
      </w:r>
    </w:p>
    <w:p w14:paraId="7BA51631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Erfüllung der Aufgaben als Klassenlehrer/in bzw. Klassenvorstand sowie Koordination der Erziehungs- und Unterrichtsarbeit mit anderen Lehrpersonen</w:t>
      </w:r>
    </w:p>
    <w:p w14:paraId="07513E8E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Kenntnis und Umsetzung von schulpartnerschaftlichen Aufgaben</w:t>
      </w:r>
    </w:p>
    <w:p w14:paraId="52D97EAA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Korrekte Führung der Amtsschriften</w:t>
      </w:r>
    </w:p>
    <w:p w14:paraId="7CDD189F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 xml:space="preserve">•  Ordnungsgemäße Erledigung der </w:t>
      </w:r>
      <w:proofErr w:type="spellStart"/>
      <w:r>
        <w:rPr>
          <w:sz w:val="20"/>
        </w:rPr>
        <w:t>Kustod</w:t>
      </w:r>
      <w:proofErr w:type="spellEnd"/>
      <w:r>
        <w:rPr>
          <w:sz w:val="20"/>
        </w:rPr>
        <w:t>/innenaufgaben</w:t>
      </w:r>
    </w:p>
    <w:p w14:paraId="490675EF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Teilnahme an den verpflichtenden Fortbildungsveranstaltungen (Jahresnorm)</w:t>
      </w:r>
    </w:p>
    <w:p w14:paraId="17E73A80" w14:textId="77777777" w:rsidR="00F971D9" w:rsidRDefault="00F13C59">
      <w:pPr>
        <w:spacing w:after="40" w:line="240" w:lineRule="auto"/>
        <w:ind w:left="142" w:hanging="142"/>
      </w:pPr>
      <w:r>
        <w:rPr>
          <w:sz w:val="20"/>
        </w:rPr>
        <w:t>•  Erfüllung der angeführten Tätigkeiten im Aufgabenbereich C der Jahresnorm</w:t>
      </w:r>
    </w:p>
    <w:sectPr w:rsidR="00F971D9" w:rsidSect="00034616">
      <w:footerReference w:type="default" r:id="rId9"/>
      <w:pgSz w:w="11906" w:h="16838"/>
      <w:pgMar w:top="935" w:right="1191" w:bottom="907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DB879" w14:textId="77777777" w:rsidR="00F13C59" w:rsidRDefault="00F13C59">
      <w:pPr>
        <w:spacing w:after="0" w:line="240" w:lineRule="auto"/>
      </w:pPr>
      <w:r>
        <w:separator/>
      </w:r>
    </w:p>
  </w:endnote>
  <w:endnote w:type="continuationSeparator" w:id="0">
    <w:p w14:paraId="6BCBAF82" w14:textId="77777777" w:rsidR="00F13C59" w:rsidRDefault="00F13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5C513" w14:textId="77777777" w:rsidR="00F971D9" w:rsidRDefault="00F13C59">
    <w:pPr>
      <w:pStyle w:val="Fuzeile"/>
      <w:jc w:val="right"/>
    </w:pPr>
    <w:r>
      <w:rPr>
        <w:color w:val="656565"/>
        <w:sz w:val="18"/>
      </w:rPr>
      <w:t xml:space="preserve">Pragmatisierung · Leiterbericht   | 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35132" w14:textId="77777777" w:rsidR="00F13C59" w:rsidRDefault="00F13C59">
      <w:pPr>
        <w:spacing w:after="0" w:line="240" w:lineRule="auto"/>
      </w:pPr>
      <w:r>
        <w:separator/>
      </w:r>
    </w:p>
  </w:footnote>
  <w:footnote w:type="continuationSeparator" w:id="0">
    <w:p w14:paraId="0DFA7027" w14:textId="77777777" w:rsidR="00F13C59" w:rsidRDefault="00F13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4307766">
    <w:abstractNumId w:val="8"/>
  </w:num>
  <w:num w:numId="2" w16cid:durableId="587035745">
    <w:abstractNumId w:val="6"/>
  </w:num>
  <w:num w:numId="3" w16cid:durableId="2146727808">
    <w:abstractNumId w:val="5"/>
  </w:num>
  <w:num w:numId="4" w16cid:durableId="275645006">
    <w:abstractNumId w:val="4"/>
  </w:num>
  <w:num w:numId="5" w16cid:durableId="1052731066">
    <w:abstractNumId w:val="7"/>
  </w:num>
  <w:num w:numId="6" w16cid:durableId="1057703678">
    <w:abstractNumId w:val="3"/>
  </w:num>
  <w:num w:numId="7" w16cid:durableId="2080248246">
    <w:abstractNumId w:val="2"/>
  </w:num>
  <w:num w:numId="8" w16cid:durableId="476848721">
    <w:abstractNumId w:val="1"/>
  </w:num>
  <w:num w:numId="9" w16cid:durableId="1137991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7014"/>
    <w:rsid w:val="0029639D"/>
    <w:rsid w:val="002C34EE"/>
    <w:rsid w:val="00326F90"/>
    <w:rsid w:val="00623B37"/>
    <w:rsid w:val="00951868"/>
    <w:rsid w:val="00AA1D8D"/>
    <w:rsid w:val="00B47730"/>
    <w:rsid w:val="00CB0664"/>
    <w:rsid w:val="00F13C59"/>
    <w:rsid w:val="00F661D5"/>
    <w:rsid w:val="00F971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8BCA74"/>
  <w14:defaultImageDpi w14:val="300"/>
  <w15:docId w15:val="{3E3637F9-4C19-4DAF-89EE-4D80244A5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20"/>
    </w:pPr>
    <w:rPr>
      <w:rFonts w:ascii="Calibri" w:hAnsi="Calibri"/>
      <w:color w:val="000000"/>
      <w:lang w:val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200" w:after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Leiterbericht zur Pragmatisierung</dc:title>
  <dc:subject/>
  <dc:creator>Bildungsdirektion für Tirol</dc:creator>
  <cp:keywords/>
  <dc:description>generated by python-docx</dc:description>
  <cp:lastModifiedBy>SCHACHER Hannes</cp:lastModifiedBy>
  <cp:revision>3</cp:revision>
  <cp:lastPrinted>2026-10-07T06:45:00Z</cp:lastPrinted>
  <dcterms:created xsi:type="dcterms:W3CDTF">2026-10-08T09:20:00Z</dcterms:created>
  <dcterms:modified xsi:type="dcterms:W3CDTF">2026-10-08T09:21:00Z</dcterms:modified>
  <cp:category/>
</cp:coreProperties>
</file>