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86E56" w14:textId="4C716E63" w:rsidR="00A264EC" w:rsidRDefault="005B0293" w:rsidP="005B0293">
      <w:pPr>
        <w:spacing w:after="200"/>
        <w:jc w:val="right"/>
      </w:pPr>
      <w:r w:rsidRPr="0013215B">
        <w:rPr>
          <w:rFonts w:cs="Calibri"/>
          <w:noProof/>
          <w:sz w:val="18"/>
          <w:lang w:eastAsia="de-AT"/>
          <w14:numForm w14:val="lining"/>
        </w:rPr>
        <w:drawing>
          <wp:inline distT="0" distB="0" distL="0" distR="0" wp14:anchorId="36A4AD73" wp14:editId="669ED451">
            <wp:extent cx="3152775" cy="608476"/>
            <wp:effectExtent l="0" t="0" r="0" b="127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ungsdirektion_T_Logo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14"/>
                    <a:stretch/>
                  </pic:blipFill>
                  <pic:spPr bwMode="auto">
                    <a:xfrm>
                      <a:off x="0" y="0"/>
                      <a:ext cx="3152140" cy="60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DD614" w14:textId="77777777" w:rsidR="00A264EC" w:rsidRDefault="005B0293">
      <w:pPr>
        <w:pStyle w:val="Titel"/>
        <w:spacing w:after="80"/>
      </w:pPr>
      <w:r>
        <w:t>Ansuchen um Pragmatisierung</w:t>
      </w:r>
    </w:p>
    <w:p w14:paraId="7AAA78FB" w14:textId="77777777" w:rsidR="00A264EC" w:rsidRDefault="005B0293">
      <w:r>
        <w:rPr>
          <w:sz w:val="24"/>
        </w:rPr>
        <w:t>Übernahme in das öffentlich-rechtliche Dienstverhältnis</w:t>
      </w:r>
    </w:p>
    <w:p w14:paraId="486B53FA" w14:textId="35C3076B" w:rsidR="005B0293" w:rsidRDefault="005B0293" w:rsidP="005B0293">
      <w:pPr>
        <w:spacing w:after="260"/>
        <w:rPr>
          <w:color w:val="auto"/>
          <w:sz w:val="20"/>
        </w:rPr>
      </w:pPr>
      <w:r>
        <w:rPr>
          <w:color w:val="auto"/>
          <w:sz w:val="20"/>
        </w:rPr>
        <w:t>(f</w:t>
      </w:r>
      <w:r w:rsidRPr="005B0293">
        <w:rPr>
          <w:color w:val="auto"/>
          <w:sz w:val="20"/>
        </w:rPr>
        <w:t>ür Landeslehrpersonen</w:t>
      </w:r>
      <w:r>
        <w:rPr>
          <w:color w:val="auto"/>
          <w:sz w:val="20"/>
        </w:rPr>
        <w:t>)</w:t>
      </w:r>
    </w:p>
    <w:p w14:paraId="30E6D807" w14:textId="29A20A21" w:rsidR="00A264EC" w:rsidRDefault="005B0293" w:rsidP="005B0293">
      <w:pPr>
        <w:spacing w:after="260"/>
      </w:pPr>
      <w:r>
        <w:rPr>
          <w:sz w:val="20"/>
        </w:rPr>
        <w:t>An die Bildungsdirektion für Tirol · Abteilung Personal Pflichtschulen</w:t>
      </w:r>
    </w:p>
    <w:p w14:paraId="22FA55B1" w14:textId="77777777" w:rsidR="00A264EC" w:rsidRDefault="005B0293">
      <w:pPr>
        <w:spacing w:after="40"/>
      </w:pPr>
      <w:r>
        <w:rPr>
          <w:sz w:val="20"/>
        </w:rPr>
        <w:t>Bitte ausgefüllt und unterschrieben im Dienstweg über die Schulleitung einbringen.</w:t>
      </w:r>
    </w:p>
    <w:p w14:paraId="78B63646" w14:textId="77777777" w:rsidR="00A264EC" w:rsidRDefault="005B0293">
      <w:pPr>
        <w:pStyle w:val="berschrift1"/>
      </w:pPr>
      <w:r>
        <w:t>Angaben zur Person</w:t>
      </w:r>
    </w:p>
    <w:p w14:paraId="014D0682" w14:textId="77777777" w:rsidR="00A264EC" w:rsidRPr="005B0293" w:rsidRDefault="005B0293">
      <w:pPr>
        <w:spacing w:after="40"/>
        <w:rPr>
          <w:color w:val="auto"/>
          <w:sz w:val="24"/>
          <w:szCs w:val="24"/>
        </w:rPr>
      </w:pPr>
      <w:r w:rsidRPr="005B0293">
        <w:rPr>
          <w:color w:val="auto"/>
          <w:sz w:val="20"/>
          <w:szCs w:val="24"/>
        </w:rPr>
        <w:t>Vorname und Nachname</w:t>
      </w:r>
    </w:p>
    <w:p w14:paraId="02FF4C13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Vorname und Nachname"/>
          <w:id w:val="-437760414"/>
          <w:text/>
        </w:sdtPr>
        <w:sdtEndPr/>
        <w:sdtContent>
          <w:r w:rsidR="005B0293">
            <w:rPr>
              <w:color w:val="777777"/>
            </w:rPr>
            <w:t>Hier eintragen</w:t>
          </w:r>
        </w:sdtContent>
      </w:sdt>
    </w:p>
    <w:p w14:paraId="171613C7" w14:textId="77777777" w:rsidR="00A264EC" w:rsidRPr="005B0293" w:rsidRDefault="005B0293">
      <w:pPr>
        <w:spacing w:after="40"/>
        <w:rPr>
          <w:color w:val="auto"/>
          <w:sz w:val="24"/>
          <w:szCs w:val="24"/>
        </w:rPr>
      </w:pPr>
      <w:r w:rsidRPr="005B0293">
        <w:rPr>
          <w:color w:val="auto"/>
          <w:sz w:val="20"/>
          <w:szCs w:val="24"/>
        </w:rPr>
        <w:t>Adresse</w:t>
      </w:r>
    </w:p>
    <w:p w14:paraId="450171F9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Adresse"/>
          <w:id w:val="1484664095"/>
          <w:text/>
        </w:sdtPr>
        <w:sdtEndPr/>
        <w:sdtContent>
          <w:r w:rsidR="005B0293">
            <w:rPr>
              <w:color w:val="777777"/>
            </w:rPr>
            <w:t>Hier eintragen</w:t>
          </w:r>
        </w:sdtContent>
      </w:sdt>
    </w:p>
    <w:p w14:paraId="637E433F" w14:textId="77777777" w:rsidR="00A264EC" w:rsidRPr="005B0293" w:rsidRDefault="005B0293">
      <w:pPr>
        <w:spacing w:after="40"/>
        <w:rPr>
          <w:color w:val="auto"/>
          <w:sz w:val="24"/>
          <w:szCs w:val="24"/>
        </w:rPr>
      </w:pPr>
      <w:r w:rsidRPr="005B0293">
        <w:rPr>
          <w:color w:val="auto"/>
          <w:sz w:val="20"/>
          <w:szCs w:val="24"/>
        </w:rPr>
        <w:t>Personalnummer</w:t>
      </w:r>
    </w:p>
    <w:p w14:paraId="7DE6ABB0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Personalnummer"/>
          <w:id w:val="1087343159"/>
          <w:text/>
        </w:sdtPr>
        <w:sdtEndPr/>
        <w:sdtContent>
          <w:r w:rsidR="005B0293">
            <w:rPr>
              <w:color w:val="777777"/>
            </w:rPr>
            <w:t>Hier eintragen</w:t>
          </w:r>
        </w:sdtContent>
      </w:sdt>
    </w:p>
    <w:p w14:paraId="15557D0B" w14:textId="77777777" w:rsidR="00A264EC" w:rsidRPr="005B0293" w:rsidRDefault="005B0293">
      <w:pPr>
        <w:spacing w:after="40"/>
        <w:rPr>
          <w:sz w:val="24"/>
          <w:szCs w:val="24"/>
        </w:rPr>
      </w:pPr>
      <w:r w:rsidRPr="005B0293">
        <w:rPr>
          <w:color w:val="auto"/>
          <w:sz w:val="20"/>
          <w:szCs w:val="24"/>
        </w:rPr>
        <w:t>Schule</w:t>
      </w:r>
    </w:p>
    <w:p w14:paraId="0BAADD73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spacing w:after="140"/>
      </w:pPr>
      <w:sdt>
        <w:sdtPr>
          <w:alias w:val="Schule"/>
          <w:id w:val="-1111821788"/>
          <w:text/>
        </w:sdtPr>
        <w:sdtEndPr/>
        <w:sdtContent>
          <w:r w:rsidR="005B0293">
            <w:rPr>
              <w:color w:val="777777"/>
            </w:rPr>
            <w:t>Hier eintragen</w:t>
          </w:r>
        </w:sdtContent>
      </w:sdt>
    </w:p>
    <w:p w14:paraId="34FE3F13" w14:textId="77777777" w:rsidR="00A264EC" w:rsidRDefault="005B0293">
      <w:pPr>
        <w:pStyle w:val="berschrift1"/>
      </w:pPr>
      <w:r>
        <w:t>Ihr Ansuchen</w:t>
      </w:r>
    </w:p>
    <w:p w14:paraId="18C67B85" w14:textId="77777777" w:rsidR="00A264EC" w:rsidRDefault="005B0293">
      <w:r>
        <w:t>Ich ersuche um Übernahme in das öffentlich-rechtliche Dienstverhältnis zum Land Tirol.</w:t>
      </w:r>
    </w:p>
    <w:p w14:paraId="117D58F6" w14:textId="77777777" w:rsidR="00A264EC" w:rsidRDefault="005B0293">
      <w:pPr>
        <w:tabs>
          <w:tab w:val="left" w:pos="4932"/>
        </w:tabs>
        <w:spacing w:before="300" w:after="100"/>
      </w:pPr>
      <w:r>
        <w:t>________________________________</w:t>
      </w:r>
      <w:r>
        <w:tab/>
        <w:t>________________________________</w:t>
      </w:r>
    </w:p>
    <w:p w14:paraId="10CA9F53" w14:textId="77777777" w:rsidR="00A264EC" w:rsidRPr="005B0293" w:rsidRDefault="005B0293">
      <w:pPr>
        <w:tabs>
          <w:tab w:val="left" w:pos="4932"/>
        </w:tabs>
        <w:spacing w:after="40"/>
        <w:rPr>
          <w:color w:val="auto"/>
        </w:rPr>
      </w:pPr>
      <w:r w:rsidRPr="005B0293">
        <w:rPr>
          <w:color w:val="auto"/>
          <w:sz w:val="18"/>
        </w:rPr>
        <w:t>Ort, Datum</w:t>
      </w:r>
      <w:r w:rsidRPr="005B0293">
        <w:rPr>
          <w:color w:val="auto"/>
          <w:sz w:val="18"/>
        </w:rPr>
        <w:tab/>
        <w:t>Unterschrift</w:t>
      </w:r>
    </w:p>
    <w:p w14:paraId="484EF158" w14:textId="77777777" w:rsidR="00A264EC" w:rsidRPr="005B0293" w:rsidRDefault="005B0293">
      <w:pPr>
        <w:pStyle w:val="berschrift1"/>
        <w:rPr>
          <w:color w:val="auto"/>
        </w:rPr>
      </w:pPr>
      <w:r w:rsidRPr="005B0293">
        <w:rPr>
          <w:color w:val="auto"/>
        </w:rPr>
        <w:t>Angaben zu den Kindern</w:t>
      </w:r>
    </w:p>
    <w:p w14:paraId="178D8DAB" w14:textId="77777777" w:rsidR="00A264EC" w:rsidRPr="005B0293" w:rsidRDefault="005B0293">
      <w:pPr>
        <w:spacing w:after="140"/>
        <w:rPr>
          <w:color w:val="auto"/>
          <w:sz w:val="20"/>
          <w:szCs w:val="20"/>
        </w:rPr>
      </w:pPr>
      <w:r w:rsidRPr="005B0293">
        <w:rPr>
          <w:color w:val="auto"/>
          <w:sz w:val="20"/>
          <w:szCs w:val="20"/>
        </w:rPr>
        <w:t>Sozialversicherungsnummer im Format NNNNTTMMJJ</w:t>
      </w:r>
    </w:p>
    <w:p w14:paraId="2C80A4A6" w14:textId="77777777" w:rsidR="00A264EC" w:rsidRPr="005B0293" w:rsidRDefault="005B0293">
      <w:pPr>
        <w:tabs>
          <w:tab w:val="left" w:pos="5669"/>
        </w:tabs>
        <w:spacing w:after="60"/>
        <w:rPr>
          <w:color w:val="auto"/>
          <w:sz w:val="20"/>
          <w:szCs w:val="20"/>
        </w:rPr>
      </w:pPr>
      <w:r w:rsidRPr="005B0293">
        <w:rPr>
          <w:color w:val="auto"/>
          <w:sz w:val="20"/>
          <w:szCs w:val="20"/>
        </w:rPr>
        <w:t>Vorname und Nachname</w:t>
      </w:r>
      <w:r w:rsidRPr="005B0293">
        <w:rPr>
          <w:color w:val="auto"/>
          <w:sz w:val="20"/>
          <w:szCs w:val="20"/>
        </w:rPr>
        <w:tab/>
        <w:t>Sozialversicherungsnummer</w:t>
      </w:r>
    </w:p>
    <w:p w14:paraId="5E3951BD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tabs>
          <w:tab w:val="left" w:pos="5669"/>
        </w:tabs>
        <w:spacing w:after="160"/>
      </w:pPr>
      <w:sdt>
        <w:sdtPr>
          <w:alias w:val="Name Kind 1"/>
          <w:id w:val="-912843639"/>
          <w:text/>
        </w:sdtPr>
        <w:sdtEndPr/>
        <w:sdtContent>
          <w:r w:rsidR="005B0293">
            <w:rPr>
              <w:color w:val="777777"/>
            </w:rPr>
            <w:t>Name eintragen</w:t>
          </w:r>
        </w:sdtContent>
      </w:sdt>
      <w:r w:rsidR="005B0293">
        <w:tab/>
      </w:r>
      <w:sdt>
        <w:sdtPr>
          <w:alias w:val="SV Nummer Kind 1"/>
          <w:id w:val="-72123397"/>
          <w:text/>
        </w:sdtPr>
        <w:sdtEndPr/>
        <w:sdtContent>
          <w:r w:rsidR="005B0293">
            <w:rPr>
              <w:color w:val="777777"/>
            </w:rPr>
            <w:t>Nummer eintragen</w:t>
          </w:r>
        </w:sdtContent>
      </w:sdt>
    </w:p>
    <w:p w14:paraId="5801ACE8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tabs>
          <w:tab w:val="left" w:pos="5669"/>
        </w:tabs>
        <w:spacing w:after="160"/>
      </w:pPr>
      <w:sdt>
        <w:sdtPr>
          <w:alias w:val="Name Kind 2"/>
          <w:id w:val="-1156457284"/>
          <w:text/>
        </w:sdtPr>
        <w:sdtEndPr/>
        <w:sdtContent>
          <w:r w:rsidR="005B0293">
            <w:rPr>
              <w:color w:val="777777"/>
            </w:rPr>
            <w:t>Name eintragen</w:t>
          </w:r>
        </w:sdtContent>
      </w:sdt>
      <w:r w:rsidR="005B0293">
        <w:tab/>
      </w:r>
      <w:sdt>
        <w:sdtPr>
          <w:alias w:val="SV Nummer Kind 2"/>
          <w:id w:val="2089261078"/>
          <w:text/>
        </w:sdtPr>
        <w:sdtEndPr/>
        <w:sdtContent>
          <w:r w:rsidR="005B0293">
            <w:rPr>
              <w:color w:val="777777"/>
            </w:rPr>
            <w:t>Nummer eintragen</w:t>
          </w:r>
        </w:sdtContent>
      </w:sdt>
    </w:p>
    <w:p w14:paraId="535313AD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tabs>
          <w:tab w:val="left" w:pos="5669"/>
        </w:tabs>
        <w:spacing w:after="160"/>
      </w:pPr>
      <w:sdt>
        <w:sdtPr>
          <w:alias w:val="Name Kind 3"/>
          <w:id w:val="-377782364"/>
          <w:text/>
        </w:sdtPr>
        <w:sdtEndPr/>
        <w:sdtContent>
          <w:r w:rsidR="005B0293">
            <w:rPr>
              <w:color w:val="777777"/>
            </w:rPr>
            <w:t>Name eintragen</w:t>
          </w:r>
        </w:sdtContent>
      </w:sdt>
      <w:r w:rsidR="005B0293">
        <w:tab/>
      </w:r>
      <w:sdt>
        <w:sdtPr>
          <w:alias w:val="SV Nummer Kind 3"/>
          <w:id w:val="-126455"/>
          <w:text/>
        </w:sdtPr>
        <w:sdtEndPr/>
        <w:sdtContent>
          <w:r w:rsidR="005B0293">
            <w:rPr>
              <w:color w:val="777777"/>
            </w:rPr>
            <w:t>Nummer eintragen</w:t>
          </w:r>
        </w:sdtContent>
      </w:sdt>
    </w:p>
    <w:p w14:paraId="3526B40E" w14:textId="77777777" w:rsidR="00A264EC" w:rsidRDefault="00550BF0">
      <w:pPr>
        <w:pBdr>
          <w:bottom w:val="single" w:sz="4" w:space="5" w:color="C9CDD1"/>
          <w:between w:val="single" w:sz="4" w:space="5" w:color="C9CDD1"/>
        </w:pBdr>
        <w:tabs>
          <w:tab w:val="left" w:pos="5669"/>
        </w:tabs>
        <w:spacing w:after="160"/>
      </w:pPr>
      <w:sdt>
        <w:sdtPr>
          <w:alias w:val="Name Kind 4"/>
          <w:id w:val="474335963"/>
          <w:text/>
        </w:sdtPr>
        <w:sdtEndPr/>
        <w:sdtContent>
          <w:r w:rsidR="005B0293">
            <w:rPr>
              <w:color w:val="777777"/>
            </w:rPr>
            <w:t>Name eintragen</w:t>
          </w:r>
        </w:sdtContent>
      </w:sdt>
      <w:r w:rsidR="005B0293">
        <w:tab/>
      </w:r>
      <w:sdt>
        <w:sdtPr>
          <w:alias w:val="SV Nummer Kind 4"/>
          <w:id w:val="-1401667358"/>
          <w:text/>
        </w:sdtPr>
        <w:sdtEndPr/>
        <w:sdtContent>
          <w:r w:rsidR="005B0293">
            <w:rPr>
              <w:color w:val="777777"/>
            </w:rPr>
            <w:t>Nummer eintragen</w:t>
          </w:r>
        </w:sdtContent>
      </w:sdt>
    </w:p>
    <w:p w14:paraId="28D65F9E" w14:textId="77777777" w:rsidR="00A264EC" w:rsidRDefault="005B0293">
      <w:pPr>
        <w:pStyle w:val="berschrift1"/>
      </w:pPr>
      <w:r>
        <w:t>Dienstweg</w:t>
      </w:r>
    </w:p>
    <w:p w14:paraId="431F04C5" w14:textId="77777777" w:rsidR="00A264EC" w:rsidRPr="005B0293" w:rsidRDefault="005B0293">
      <w:pPr>
        <w:spacing w:after="40"/>
        <w:rPr>
          <w:color w:val="auto"/>
          <w:sz w:val="20"/>
          <w:szCs w:val="20"/>
        </w:rPr>
      </w:pPr>
      <w:r w:rsidRPr="005B0293">
        <w:rPr>
          <w:color w:val="auto"/>
          <w:sz w:val="20"/>
          <w:szCs w:val="20"/>
        </w:rPr>
        <w:t>Einzubringen über die Außenstelle</w:t>
      </w:r>
    </w:p>
    <w:p w14:paraId="1806C147" w14:textId="30155A51" w:rsidR="00A264EC" w:rsidRDefault="00550BF0">
      <w:pPr>
        <w:pBdr>
          <w:bottom w:val="single" w:sz="4" w:space="5" w:color="C9CDD1"/>
          <w:between w:val="single" w:sz="4" w:space="5" w:color="C9CDD1"/>
        </w:pBdr>
      </w:pPr>
      <w:sdt>
        <w:sdtPr>
          <w:alias w:val="Außenstelle"/>
          <w:id w:val="2006933507"/>
          <w:text/>
        </w:sdtPr>
        <w:sdtEndPr/>
        <w:sdtContent>
          <w:r w:rsidR="005B0293">
            <w:rPr>
              <w:color w:val="777777"/>
            </w:rPr>
            <w:t>Außenstelle eintragen</w:t>
          </w:r>
        </w:sdtContent>
      </w:sdt>
    </w:p>
    <w:sectPr w:rsidR="00A264EC" w:rsidSect="005B0293">
      <w:pgSz w:w="11906" w:h="16838"/>
      <w:pgMar w:top="567" w:right="1191" w:bottom="90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595903">
    <w:abstractNumId w:val="8"/>
  </w:num>
  <w:num w:numId="2" w16cid:durableId="1821075055">
    <w:abstractNumId w:val="6"/>
  </w:num>
  <w:num w:numId="3" w16cid:durableId="1473523421">
    <w:abstractNumId w:val="5"/>
  </w:num>
  <w:num w:numId="4" w16cid:durableId="1924487165">
    <w:abstractNumId w:val="4"/>
  </w:num>
  <w:num w:numId="5" w16cid:durableId="842472327">
    <w:abstractNumId w:val="7"/>
  </w:num>
  <w:num w:numId="6" w16cid:durableId="1823303657">
    <w:abstractNumId w:val="3"/>
  </w:num>
  <w:num w:numId="7" w16cid:durableId="749039211">
    <w:abstractNumId w:val="2"/>
  </w:num>
  <w:num w:numId="8" w16cid:durableId="162211138">
    <w:abstractNumId w:val="1"/>
  </w:num>
  <w:num w:numId="9" w16cid:durableId="44488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36D8"/>
    <w:rsid w:val="00326F90"/>
    <w:rsid w:val="00550BF0"/>
    <w:rsid w:val="005B0293"/>
    <w:rsid w:val="00A25FF0"/>
    <w:rsid w:val="00A264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2CCED"/>
  <w14:defaultImageDpi w14:val="300"/>
  <w15:docId w15:val="{A58990BC-1583-4ACA-8464-E4DF141B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/>
    </w:pPr>
    <w:rPr>
      <w:rFonts w:ascii="Calibri" w:hAnsi="Calibri"/>
      <w:color w:val="000000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Ansuchen um Pragmatisierung</dc:title>
  <dc:subject/>
  <dc:creator>Bildungsdirektion für Tirol</dc:creator>
  <cp:keywords/>
  <dc:description>generated by python-docx</dc:description>
  <cp:lastModifiedBy>SCHACHER Hannes</cp:lastModifiedBy>
  <cp:revision>2</cp:revision>
  <dcterms:created xsi:type="dcterms:W3CDTF">2026-10-08T07:40:00Z</dcterms:created>
  <dcterms:modified xsi:type="dcterms:W3CDTF">2026-10-08T07:40:00Z</dcterms:modified>
  <cp:category/>
</cp:coreProperties>
</file>